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1B4" w:rsidRPr="00F00DCF" w:rsidRDefault="00086BB7">
      <w:pPr>
        <w:pStyle w:val="Titolo3"/>
        <w:rPr>
          <w:color w:val="auto"/>
          <w:sz w:val="20"/>
          <w:szCs w:val="20"/>
        </w:rPr>
      </w:pPr>
      <w:bookmarkStart w:id="0" w:name="_GoBack"/>
      <w:r w:rsidRPr="00F00DCF">
        <w:rPr>
          <w:color w:val="auto"/>
          <w:sz w:val="20"/>
          <w:szCs w:val="20"/>
        </w:rPr>
        <w:t>MODULO DI SCELTA PER GLI STUDENTI CHE NON SI AVVALGONO DELL’INSEGNAMENTO DELLA RELIGIONE CATTOLICA</w:t>
      </w:r>
    </w:p>
    <w:bookmarkEnd w:id="0"/>
    <w:p w:rsidR="00D0401A" w:rsidRPr="00F00DCF" w:rsidRDefault="00D0401A">
      <w:pPr>
        <w:rPr>
          <w:b/>
          <w:sz w:val="20"/>
          <w:szCs w:val="20"/>
        </w:rPr>
      </w:pPr>
    </w:p>
    <w:p w:rsidR="004D11B4" w:rsidRPr="00F00DCF" w:rsidRDefault="00086BB7">
      <w:pPr>
        <w:rPr>
          <w:sz w:val="20"/>
          <w:szCs w:val="20"/>
        </w:rPr>
      </w:pPr>
      <w:r w:rsidRPr="00F00DCF">
        <w:rPr>
          <w:b/>
          <w:sz w:val="20"/>
          <w:szCs w:val="20"/>
        </w:rPr>
        <w:t xml:space="preserve">Anno </w:t>
      </w:r>
      <w:proofErr w:type="spellStart"/>
      <w:r w:rsidRPr="00F00DCF">
        <w:rPr>
          <w:b/>
          <w:sz w:val="20"/>
          <w:szCs w:val="20"/>
        </w:rPr>
        <w:t>scolastico</w:t>
      </w:r>
      <w:proofErr w:type="spellEnd"/>
      <w:r w:rsidRPr="00F00DCF">
        <w:rPr>
          <w:sz w:val="20"/>
          <w:szCs w:val="20"/>
        </w:rPr>
        <w:t xml:space="preserve"> </w:t>
      </w:r>
      <w:r w:rsidRPr="00F00DCF">
        <w:rPr>
          <w:b/>
          <w:i/>
          <w:sz w:val="20"/>
          <w:szCs w:val="20"/>
        </w:rPr>
        <w:t>__</w:t>
      </w:r>
      <w:r w:rsidR="00CE7315" w:rsidRPr="00F00DCF">
        <w:rPr>
          <w:sz w:val="20"/>
          <w:szCs w:val="20"/>
        </w:rPr>
        <w:t xml:space="preserve">                                                                                             </w:t>
      </w:r>
      <w:proofErr w:type="spellStart"/>
      <w:r w:rsidR="00CE7315" w:rsidRPr="00F00DCF">
        <w:rPr>
          <w:b/>
          <w:sz w:val="20"/>
          <w:szCs w:val="20"/>
        </w:rPr>
        <w:t>Classe</w:t>
      </w:r>
      <w:proofErr w:type="spellEnd"/>
      <w:r w:rsidR="00CE7315" w:rsidRPr="00F00DCF">
        <w:rPr>
          <w:b/>
          <w:i/>
          <w:sz w:val="20"/>
          <w:szCs w:val="20"/>
        </w:rPr>
        <w:t xml:space="preserve">        </w:t>
      </w:r>
      <w:proofErr w:type="spellStart"/>
      <w:r w:rsidR="00CE7315" w:rsidRPr="00F00DCF">
        <w:rPr>
          <w:b/>
          <w:i/>
          <w:sz w:val="20"/>
          <w:szCs w:val="20"/>
        </w:rPr>
        <w:t>Sezione</w:t>
      </w:r>
      <w:proofErr w:type="spellEnd"/>
      <w:r w:rsidRPr="00F00DCF">
        <w:rPr>
          <w:b/>
          <w:i/>
          <w:sz w:val="20"/>
          <w:szCs w:val="20"/>
        </w:rPr>
        <w:t>_</w:t>
      </w:r>
      <w:r w:rsidRPr="00F00DCF">
        <w:rPr>
          <w:sz w:val="20"/>
          <w:szCs w:val="20"/>
        </w:rPr>
        <w:t>__</w:t>
      </w:r>
    </w:p>
    <w:p w:rsidR="00CE7315" w:rsidRPr="00F00DCF" w:rsidRDefault="00086BB7">
      <w:pPr>
        <w:rPr>
          <w:b/>
          <w:sz w:val="20"/>
          <w:szCs w:val="20"/>
        </w:rPr>
      </w:pPr>
      <w:r w:rsidRPr="00F00DCF">
        <w:rPr>
          <w:sz w:val="20"/>
          <w:szCs w:val="20"/>
        </w:rPr>
        <w:t xml:space="preserve">Il/La </w:t>
      </w:r>
      <w:proofErr w:type="spellStart"/>
      <w:r w:rsidRPr="00F00DCF">
        <w:rPr>
          <w:sz w:val="20"/>
          <w:szCs w:val="20"/>
        </w:rPr>
        <w:t>sottoscritto</w:t>
      </w:r>
      <w:proofErr w:type="spellEnd"/>
      <w:r w:rsidRPr="00F00DCF">
        <w:rPr>
          <w:sz w:val="20"/>
          <w:szCs w:val="20"/>
        </w:rPr>
        <w:t xml:space="preserve">/a </w:t>
      </w:r>
      <w:r w:rsidR="00CE7315" w:rsidRPr="00F00DCF">
        <w:rPr>
          <w:b/>
          <w:i/>
          <w:sz w:val="20"/>
          <w:szCs w:val="20"/>
        </w:rPr>
        <w:t>______________________________________________________________________________</w:t>
      </w:r>
      <w:r w:rsidRPr="00F00DCF">
        <w:rPr>
          <w:sz w:val="20"/>
          <w:szCs w:val="20"/>
        </w:rPr>
        <w:br/>
      </w:r>
      <w:r w:rsidRPr="00F00DCF">
        <w:rPr>
          <w:b/>
          <w:sz w:val="20"/>
          <w:szCs w:val="20"/>
        </w:rPr>
        <w:br/>
        <w:t xml:space="preserve">in </w:t>
      </w:r>
      <w:proofErr w:type="spellStart"/>
      <w:r w:rsidRPr="00F00DCF">
        <w:rPr>
          <w:b/>
          <w:sz w:val="20"/>
          <w:szCs w:val="20"/>
        </w:rPr>
        <w:t>qualità</w:t>
      </w:r>
      <w:proofErr w:type="spellEnd"/>
      <w:r w:rsidRPr="00F00DCF">
        <w:rPr>
          <w:b/>
          <w:sz w:val="20"/>
          <w:szCs w:val="20"/>
        </w:rPr>
        <w:t xml:space="preserve"> di </w:t>
      </w:r>
      <w:r w:rsidRPr="00F00DCF">
        <w:rPr>
          <w:rFonts w:ascii="Segoe UI Symbol" w:hAnsi="Segoe UI Symbol" w:cs="Segoe UI Symbol"/>
          <w:b/>
          <w:sz w:val="20"/>
          <w:szCs w:val="20"/>
        </w:rPr>
        <w:t>☐</w:t>
      </w:r>
      <w:r w:rsidRPr="00F00DCF">
        <w:rPr>
          <w:b/>
          <w:sz w:val="20"/>
          <w:szCs w:val="20"/>
        </w:rPr>
        <w:t xml:space="preserve"> </w:t>
      </w:r>
      <w:proofErr w:type="spellStart"/>
      <w:r w:rsidRPr="00F00DCF">
        <w:rPr>
          <w:b/>
          <w:sz w:val="20"/>
          <w:szCs w:val="20"/>
        </w:rPr>
        <w:t>genitore</w:t>
      </w:r>
      <w:proofErr w:type="spellEnd"/>
      <w:r w:rsidRPr="00F00DCF">
        <w:rPr>
          <w:b/>
          <w:sz w:val="20"/>
          <w:szCs w:val="20"/>
        </w:rPr>
        <w:t>/</w:t>
      </w:r>
      <w:r w:rsidR="00CE7315" w:rsidRPr="00F00DCF">
        <w:rPr>
          <w:rFonts w:ascii="Segoe UI Symbol" w:hAnsi="Segoe UI Symbol" w:cs="Segoe UI Symbol"/>
          <w:b/>
          <w:sz w:val="20"/>
          <w:szCs w:val="20"/>
        </w:rPr>
        <w:t xml:space="preserve">☐ </w:t>
      </w:r>
      <w:proofErr w:type="spellStart"/>
      <w:r w:rsidRPr="00F00DCF">
        <w:rPr>
          <w:b/>
          <w:sz w:val="20"/>
          <w:szCs w:val="20"/>
        </w:rPr>
        <w:t>tutore</w:t>
      </w:r>
      <w:proofErr w:type="spellEnd"/>
      <w:r w:rsidRPr="00F00DCF">
        <w:rPr>
          <w:b/>
          <w:sz w:val="20"/>
          <w:szCs w:val="20"/>
        </w:rPr>
        <w:t xml:space="preserve"> </w:t>
      </w:r>
      <w:proofErr w:type="spellStart"/>
      <w:r w:rsidRPr="00F00DCF">
        <w:rPr>
          <w:b/>
          <w:sz w:val="20"/>
          <w:szCs w:val="20"/>
        </w:rPr>
        <w:t>dello</w:t>
      </w:r>
      <w:proofErr w:type="spellEnd"/>
      <w:r w:rsidRPr="00F00DCF">
        <w:rPr>
          <w:b/>
          <w:sz w:val="20"/>
          <w:szCs w:val="20"/>
        </w:rPr>
        <w:t xml:space="preserve">/a </w:t>
      </w:r>
      <w:proofErr w:type="spellStart"/>
      <w:r w:rsidRPr="00F00DCF">
        <w:rPr>
          <w:b/>
          <w:sz w:val="20"/>
          <w:szCs w:val="20"/>
        </w:rPr>
        <w:t>studente</w:t>
      </w:r>
      <w:proofErr w:type="spellEnd"/>
      <w:r w:rsidRPr="00F00DCF">
        <w:rPr>
          <w:b/>
          <w:sz w:val="20"/>
          <w:szCs w:val="20"/>
        </w:rPr>
        <w:t>/</w:t>
      </w:r>
      <w:proofErr w:type="spellStart"/>
      <w:r w:rsidRPr="00F00DCF">
        <w:rPr>
          <w:b/>
          <w:sz w:val="20"/>
          <w:szCs w:val="20"/>
        </w:rPr>
        <w:t>ssa</w:t>
      </w:r>
      <w:proofErr w:type="spellEnd"/>
      <w:r w:rsidRPr="00F00DCF">
        <w:rPr>
          <w:b/>
          <w:sz w:val="20"/>
          <w:szCs w:val="20"/>
        </w:rPr>
        <w:t xml:space="preserve"> minorenne</w:t>
      </w:r>
      <w:r w:rsidRPr="00F00DCF">
        <w:rPr>
          <w:sz w:val="20"/>
          <w:szCs w:val="20"/>
        </w:rPr>
        <w:br/>
      </w:r>
    </w:p>
    <w:p w:rsidR="004D11B4" w:rsidRPr="00F00DCF" w:rsidRDefault="00086BB7">
      <w:pPr>
        <w:rPr>
          <w:b/>
          <w:sz w:val="20"/>
          <w:szCs w:val="20"/>
        </w:rPr>
      </w:pPr>
      <w:proofErr w:type="spellStart"/>
      <w:r w:rsidRPr="00F00DCF">
        <w:rPr>
          <w:sz w:val="20"/>
          <w:szCs w:val="20"/>
        </w:rPr>
        <w:t>presa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visione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dell’orario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scolastico</w:t>
      </w:r>
      <w:proofErr w:type="spellEnd"/>
      <w:r w:rsidRPr="00F00DCF">
        <w:rPr>
          <w:sz w:val="20"/>
          <w:szCs w:val="20"/>
        </w:rPr>
        <w:t xml:space="preserve"> e delle possibilità organizzative previste dall’Istituto per gli studenti che </w:t>
      </w:r>
      <w:r w:rsidRPr="00F00DCF">
        <w:rPr>
          <w:b/>
          <w:sz w:val="20"/>
          <w:szCs w:val="20"/>
        </w:rPr>
        <w:t>non si avvalgono dell’insegnamento della Religione Cattolica</w:t>
      </w:r>
      <w:r w:rsidRPr="00F00DCF">
        <w:rPr>
          <w:sz w:val="20"/>
          <w:szCs w:val="20"/>
        </w:rPr>
        <w:t>,</w:t>
      </w:r>
    </w:p>
    <w:p w:rsidR="004D11B4" w:rsidRPr="00F00DCF" w:rsidRDefault="00086BB7">
      <w:pPr>
        <w:pStyle w:val="Titolo3"/>
        <w:rPr>
          <w:color w:val="auto"/>
          <w:sz w:val="20"/>
          <w:szCs w:val="20"/>
        </w:rPr>
      </w:pPr>
      <w:r w:rsidRPr="00F00DCF">
        <w:rPr>
          <w:color w:val="auto"/>
          <w:sz w:val="20"/>
          <w:szCs w:val="20"/>
        </w:rPr>
        <w:t>CHIEDE</w:t>
      </w:r>
    </w:p>
    <w:p w:rsidR="004D11B4" w:rsidRPr="00F00DCF" w:rsidRDefault="00086BB7">
      <w:pPr>
        <w:rPr>
          <w:sz w:val="20"/>
          <w:szCs w:val="20"/>
        </w:rPr>
      </w:pPr>
      <w:r w:rsidRPr="00F00DCF">
        <w:rPr>
          <w:sz w:val="20"/>
          <w:szCs w:val="20"/>
        </w:rPr>
        <w:t>di usufruire, per l’intero anno scolastico, della seguente opzione durante l’ora di Religione Cattolica:</w:t>
      </w:r>
    </w:p>
    <w:p w:rsidR="004D11B4" w:rsidRPr="00F00DCF" w:rsidRDefault="00086BB7">
      <w:pPr>
        <w:rPr>
          <w:sz w:val="20"/>
          <w:szCs w:val="20"/>
        </w:rPr>
      </w:pPr>
      <w:r w:rsidRPr="00F00DCF">
        <w:rPr>
          <w:sz w:val="20"/>
          <w:szCs w:val="20"/>
        </w:rPr>
        <w:t xml:space="preserve">☐ </w:t>
      </w:r>
      <w:r w:rsidRPr="00F00DCF">
        <w:rPr>
          <w:b/>
          <w:sz w:val="20"/>
          <w:szCs w:val="20"/>
        </w:rPr>
        <w:t>Entrata alla seconda ora</w:t>
      </w:r>
      <w:r w:rsidRPr="00F00DCF">
        <w:rPr>
          <w:sz w:val="20"/>
          <w:szCs w:val="20"/>
        </w:rPr>
        <w:t xml:space="preserve">, esclusivamente nel caso in cui l’ora di Religione Cattolica sia collocata alla </w:t>
      </w:r>
      <w:r w:rsidRPr="00F00DCF">
        <w:rPr>
          <w:b/>
          <w:sz w:val="20"/>
          <w:szCs w:val="20"/>
        </w:rPr>
        <w:t>prima ora</w:t>
      </w:r>
      <w:r w:rsidRPr="00F00DCF">
        <w:rPr>
          <w:sz w:val="20"/>
          <w:szCs w:val="20"/>
        </w:rPr>
        <w:t xml:space="preserve"> di lezione.</w:t>
      </w:r>
    </w:p>
    <w:p w:rsidR="004D11B4" w:rsidRPr="00F00DCF" w:rsidRDefault="00086BB7">
      <w:pPr>
        <w:rPr>
          <w:sz w:val="20"/>
          <w:szCs w:val="20"/>
        </w:rPr>
      </w:pPr>
      <w:r w:rsidRPr="00F00DCF">
        <w:rPr>
          <w:sz w:val="20"/>
          <w:szCs w:val="20"/>
        </w:rPr>
        <w:t xml:space="preserve">☐ </w:t>
      </w:r>
      <w:r w:rsidRPr="00F00DCF">
        <w:rPr>
          <w:b/>
          <w:sz w:val="20"/>
          <w:szCs w:val="20"/>
        </w:rPr>
        <w:t>Uscita anticipata al termine della penultima ora</w:t>
      </w:r>
      <w:r w:rsidRPr="00F00DCF">
        <w:rPr>
          <w:sz w:val="20"/>
          <w:szCs w:val="20"/>
        </w:rPr>
        <w:t>, esclusivamente nel caso in cui l’ora di Religione Cattolica sia collocata all’</w:t>
      </w:r>
      <w:r w:rsidRPr="00F00DCF">
        <w:rPr>
          <w:b/>
          <w:sz w:val="20"/>
          <w:szCs w:val="20"/>
        </w:rPr>
        <w:t>ultima ora</w:t>
      </w:r>
      <w:r w:rsidRPr="00F00DCF">
        <w:rPr>
          <w:sz w:val="20"/>
          <w:szCs w:val="20"/>
        </w:rPr>
        <w:t xml:space="preserve"> di lezione.</w:t>
      </w:r>
    </w:p>
    <w:p w:rsidR="004D11B4" w:rsidRPr="00F00DCF" w:rsidRDefault="00086BB7">
      <w:pPr>
        <w:rPr>
          <w:sz w:val="20"/>
          <w:szCs w:val="20"/>
        </w:rPr>
      </w:pPr>
      <w:r w:rsidRPr="00F00DCF">
        <w:rPr>
          <w:sz w:val="20"/>
          <w:szCs w:val="20"/>
        </w:rPr>
        <w:t xml:space="preserve">☐ </w:t>
      </w:r>
      <w:r w:rsidRPr="00F00DCF">
        <w:rPr>
          <w:b/>
          <w:sz w:val="20"/>
          <w:szCs w:val="20"/>
        </w:rPr>
        <w:t>Studio assistito</w:t>
      </w:r>
      <w:r w:rsidRPr="00F00DCF">
        <w:rPr>
          <w:sz w:val="20"/>
          <w:szCs w:val="20"/>
        </w:rPr>
        <w:t xml:space="preserve">, con la presenza e la vigilanza di docenti individuati dall’Istituto, negli spazi e secondo le </w:t>
      </w:r>
      <w:proofErr w:type="spellStart"/>
      <w:r w:rsidRPr="00F00DCF">
        <w:rPr>
          <w:sz w:val="20"/>
          <w:szCs w:val="20"/>
        </w:rPr>
        <w:t>modalità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organizzative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stabilite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dalla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scuola</w:t>
      </w:r>
      <w:proofErr w:type="spellEnd"/>
      <w:r w:rsidRPr="00F00DCF">
        <w:rPr>
          <w:sz w:val="20"/>
          <w:szCs w:val="20"/>
        </w:rPr>
        <w:t>.</w:t>
      </w:r>
    </w:p>
    <w:p w:rsidR="004D11B4" w:rsidRPr="00F00DCF" w:rsidRDefault="00086BB7">
      <w:pPr>
        <w:pStyle w:val="Titolo3"/>
        <w:rPr>
          <w:color w:val="auto"/>
          <w:sz w:val="20"/>
          <w:szCs w:val="20"/>
        </w:rPr>
      </w:pPr>
      <w:r w:rsidRPr="00F00DCF">
        <w:rPr>
          <w:color w:val="auto"/>
          <w:sz w:val="20"/>
          <w:szCs w:val="20"/>
        </w:rPr>
        <w:t>DICHIARAZIONI E AUTORIZZAZIONI</w:t>
      </w:r>
    </w:p>
    <w:p w:rsidR="004D11B4" w:rsidRPr="00F00DCF" w:rsidRDefault="00086BB7">
      <w:pPr>
        <w:rPr>
          <w:sz w:val="20"/>
          <w:szCs w:val="20"/>
        </w:rPr>
      </w:pPr>
      <w:r w:rsidRPr="00F00DCF">
        <w:rPr>
          <w:sz w:val="20"/>
          <w:szCs w:val="20"/>
        </w:rPr>
        <w:t>Il/La sottoscritto/a dichiara di essere consapevole che:</w:t>
      </w:r>
    </w:p>
    <w:p w:rsidR="004D11B4" w:rsidRPr="00F00DCF" w:rsidRDefault="00086BB7">
      <w:pPr>
        <w:pStyle w:val="Puntoelenco"/>
        <w:rPr>
          <w:sz w:val="20"/>
          <w:szCs w:val="20"/>
        </w:rPr>
      </w:pPr>
      <w:r w:rsidRPr="00F00DCF">
        <w:rPr>
          <w:sz w:val="20"/>
          <w:szCs w:val="20"/>
        </w:rPr>
        <w:t xml:space="preserve">l’entrata posticipata e/o l’uscita anticipata saranno consentite </w:t>
      </w:r>
      <w:r w:rsidRPr="00F00DCF">
        <w:rPr>
          <w:b/>
          <w:sz w:val="20"/>
          <w:szCs w:val="20"/>
        </w:rPr>
        <w:t>solo nei giorni in cui l’ora di Religione Cattolica coincida rispettivamente con la prima o con l’ultima ora di lezione</w:t>
      </w:r>
      <w:r w:rsidRPr="00F00DCF">
        <w:rPr>
          <w:sz w:val="20"/>
          <w:szCs w:val="20"/>
        </w:rPr>
        <w:t>;</w:t>
      </w:r>
    </w:p>
    <w:p w:rsidR="004D11B4" w:rsidRPr="00F00DCF" w:rsidRDefault="00086BB7">
      <w:pPr>
        <w:pStyle w:val="Puntoelenco"/>
        <w:rPr>
          <w:sz w:val="20"/>
          <w:szCs w:val="20"/>
        </w:rPr>
      </w:pPr>
      <w:r w:rsidRPr="00F00DCF">
        <w:rPr>
          <w:sz w:val="20"/>
          <w:szCs w:val="20"/>
        </w:rPr>
        <w:t xml:space="preserve">qualora, per esigenze organizzative o per variazioni dell’orario, l’ora di Religione Cattolica sia collocata in una fascia oraria diversa dalla prima o dall’ultima ora, lo/la studente/ssa dovrà permanere a scuola e svolgere l’attività di </w:t>
      </w:r>
      <w:r w:rsidRPr="00F00DCF">
        <w:rPr>
          <w:b/>
          <w:sz w:val="20"/>
          <w:szCs w:val="20"/>
        </w:rPr>
        <w:t>studio assistito</w:t>
      </w:r>
      <w:r w:rsidRPr="00F00DCF">
        <w:rPr>
          <w:sz w:val="20"/>
          <w:szCs w:val="20"/>
        </w:rPr>
        <w:t xml:space="preserve"> o altra attività organizzata dall’Istituto;</w:t>
      </w:r>
    </w:p>
    <w:p w:rsidR="004D11B4" w:rsidRPr="00F00DCF" w:rsidRDefault="00086BB7">
      <w:pPr>
        <w:pStyle w:val="Puntoelenco"/>
        <w:rPr>
          <w:sz w:val="20"/>
          <w:szCs w:val="20"/>
        </w:rPr>
      </w:pPr>
      <w:r w:rsidRPr="00F00DCF">
        <w:rPr>
          <w:sz w:val="20"/>
          <w:szCs w:val="20"/>
        </w:rPr>
        <w:t>durante l’entrata posticipata o l’uscita anticipata, lo/la studente/ssa non sarà affidato/a alla vigilanza del personale scolastico;</w:t>
      </w:r>
    </w:p>
    <w:p w:rsidR="004D11B4" w:rsidRPr="00F00DCF" w:rsidRDefault="00086BB7">
      <w:pPr>
        <w:pStyle w:val="Puntoelenco"/>
        <w:rPr>
          <w:sz w:val="20"/>
          <w:szCs w:val="20"/>
        </w:rPr>
      </w:pPr>
      <w:r w:rsidRPr="00F00DCF">
        <w:rPr>
          <w:sz w:val="20"/>
          <w:szCs w:val="20"/>
        </w:rPr>
        <w:t>la famiglia si assume la responsabilità relativa agli spostamenti dello/a studente/ssa tra l’abitazione e la scuola nei giorni e negli orari interessati dall’entrata posticipata o dall’uscita anticipata;</w:t>
      </w:r>
    </w:p>
    <w:p w:rsidR="004D11B4" w:rsidRPr="00F00DCF" w:rsidRDefault="00086BB7">
      <w:pPr>
        <w:pStyle w:val="Puntoelenco"/>
        <w:rPr>
          <w:sz w:val="20"/>
          <w:szCs w:val="20"/>
        </w:rPr>
      </w:pPr>
      <w:r w:rsidRPr="00F00DCF">
        <w:rPr>
          <w:sz w:val="20"/>
          <w:szCs w:val="20"/>
        </w:rPr>
        <w:t>lo/la studente/ssa è tenuto/</w:t>
      </w:r>
      <w:proofErr w:type="gramStart"/>
      <w:r w:rsidRPr="00F00DCF">
        <w:rPr>
          <w:sz w:val="20"/>
          <w:szCs w:val="20"/>
        </w:rPr>
        <w:t>a</w:t>
      </w:r>
      <w:proofErr w:type="gramEnd"/>
      <w:r w:rsidRPr="00F00DCF">
        <w:rPr>
          <w:sz w:val="20"/>
          <w:szCs w:val="20"/>
        </w:rPr>
        <w:t xml:space="preserve"> a rispettare le disposizioni dell’Istituto e il Regolamento di Istituto.</w:t>
      </w:r>
    </w:p>
    <w:p w:rsidR="004D11B4" w:rsidRPr="00F00DCF" w:rsidRDefault="00086BB7">
      <w:pPr>
        <w:rPr>
          <w:sz w:val="20"/>
          <w:szCs w:val="20"/>
        </w:rPr>
      </w:pPr>
      <w:r w:rsidRPr="00F00DCF">
        <w:rPr>
          <w:sz w:val="20"/>
          <w:szCs w:val="20"/>
        </w:rPr>
        <w:t>Per gli studenti minorenni, il/la sottoscritto/a:</w:t>
      </w:r>
    </w:p>
    <w:p w:rsidR="004D11B4" w:rsidRPr="00F00DCF" w:rsidRDefault="00086BB7">
      <w:pPr>
        <w:rPr>
          <w:sz w:val="20"/>
          <w:szCs w:val="20"/>
        </w:rPr>
      </w:pPr>
      <w:r w:rsidRPr="00F00DCF">
        <w:rPr>
          <w:sz w:val="20"/>
          <w:szCs w:val="20"/>
        </w:rPr>
        <w:t xml:space="preserve">☐ </w:t>
      </w:r>
      <w:r w:rsidRPr="00F00DCF">
        <w:rPr>
          <w:b/>
          <w:sz w:val="20"/>
          <w:szCs w:val="20"/>
        </w:rPr>
        <w:t>AUTORIZZA</w:t>
      </w:r>
      <w:r w:rsidRPr="00F00DCF">
        <w:rPr>
          <w:sz w:val="20"/>
          <w:szCs w:val="20"/>
        </w:rPr>
        <w:t xml:space="preserve"> il/la proprio/a figlio/a all’entrata alla seconda ora e/o all’uscita anticipata secondo l’opzione selezionata;</w:t>
      </w:r>
    </w:p>
    <w:p w:rsidR="004D11B4" w:rsidRPr="00F00DCF" w:rsidRDefault="00086BB7">
      <w:pPr>
        <w:rPr>
          <w:sz w:val="20"/>
          <w:szCs w:val="20"/>
        </w:rPr>
      </w:pPr>
      <w:r w:rsidRPr="00F00DCF">
        <w:rPr>
          <w:sz w:val="20"/>
          <w:szCs w:val="20"/>
        </w:rPr>
        <w:t xml:space="preserve">☐ </w:t>
      </w:r>
      <w:r w:rsidRPr="00F00DCF">
        <w:rPr>
          <w:b/>
          <w:sz w:val="20"/>
          <w:szCs w:val="20"/>
        </w:rPr>
        <w:t>AUTORIZZA</w:t>
      </w:r>
      <w:r w:rsidRPr="00F00DCF">
        <w:rPr>
          <w:sz w:val="20"/>
          <w:szCs w:val="20"/>
        </w:rPr>
        <w:t xml:space="preserve"> lo/la studente/ssa a partecipare allo studio assistito, secondo l’organizzazione predisposta dalla scuola.</w:t>
      </w:r>
    </w:p>
    <w:p w:rsidR="004D11B4" w:rsidRPr="00F00DCF" w:rsidRDefault="00086BB7">
      <w:pPr>
        <w:rPr>
          <w:sz w:val="20"/>
          <w:szCs w:val="20"/>
        </w:rPr>
      </w:pPr>
      <w:r w:rsidRPr="00F00DCF">
        <w:rPr>
          <w:sz w:val="20"/>
          <w:szCs w:val="20"/>
        </w:rPr>
        <w:lastRenderedPageBreak/>
        <w:t>La presente scelta ha validità per l’intero anno scolastico, salvo eventuali modifiche organizzative comunicate dall’Istituto o richiesta motivata della famiglia da presentare per iscritto.</w:t>
      </w:r>
    </w:p>
    <w:p w:rsidR="00D0401A" w:rsidRPr="00F00DCF" w:rsidRDefault="00D0401A" w:rsidP="00D0401A">
      <w:pPr>
        <w:rPr>
          <w:sz w:val="20"/>
          <w:szCs w:val="20"/>
        </w:rPr>
      </w:pPr>
      <w:r w:rsidRPr="00F00DCF">
        <w:rPr>
          <w:sz w:val="20"/>
          <w:szCs w:val="20"/>
        </w:rPr>
        <w:t xml:space="preserve">I </w:t>
      </w:r>
      <w:proofErr w:type="spellStart"/>
      <w:r w:rsidRPr="00F00DCF">
        <w:rPr>
          <w:sz w:val="20"/>
          <w:szCs w:val="20"/>
        </w:rPr>
        <w:t>sottoscritti</w:t>
      </w:r>
      <w:proofErr w:type="spellEnd"/>
      <w:r w:rsidRPr="00F00DCF">
        <w:rPr>
          <w:sz w:val="20"/>
          <w:szCs w:val="20"/>
        </w:rPr>
        <w:t xml:space="preserve">, </w:t>
      </w:r>
      <w:proofErr w:type="spellStart"/>
      <w:r w:rsidRPr="00F00DCF">
        <w:rPr>
          <w:sz w:val="20"/>
          <w:szCs w:val="20"/>
        </w:rPr>
        <w:t>consapevoli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delle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conseguenze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amministrative</w:t>
      </w:r>
      <w:proofErr w:type="spellEnd"/>
      <w:r w:rsidRPr="00F00DCF">
        <w:rPr>
          <w:sz w:val="20"/>
          <w:szCs w:val="20"/>
        </w:rPr>
        <w:t xml:space="preserve"> e </w:t>
      </w:r>
      <w:proofErr w:type="spellStart"/>
      <w:r w:rsidRPr="00F00DCF">
        <w:rPr>
          <w:sz w:val="20"/>
          <w:szCs w:val="20"/>
        </w:rPr>
        <w:t>penali</w:t>
      </w:r>
      <w:proofErr w:type="spellEnd"/>
      <w:r w:rsidRPr="00F00DCF">
        <w:rPr>
          <w:sz w:val="20"/>
          <w:szCs w:val="20"/>
        </w:rPr>
        <w:t xml:space="preserve"> per chi </w:t>
      </w:r>
      <w:proofErr w:type="spellStart"/>
      <w:r w:rsidRPr="00F00DCF">
        <w:rPr>
          <w:sz w:val="20"/>
          <w:szCs w:val="20"/>
        </w:rPr>
        <w:t>rilascia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dichiarazioni</w:t>
      </w:r>
      <w:proofErr w:type="spellEnd"/>
      <w:r w:rsidRPr="00F00DCF">
        <w:rPr>
          <w:sz w:val="20"/>
          <w:szCs w:val="20"/>
        </w:rPr>
        <w:t xml:space="preserve"> non </w:t>
      </w:r>
      <w:proofErr w:type="spellStart"/>
      <w:r w:rsidRPr="00F00DCF">
        <w:rPr>
          <w:sz w:val="20"/>
          <w:szCs w:val="20"/>
        </w:rPr>
        <w:t>corrispondenti</w:t>
      </w:r>
      <w:proofErr w:type="spellEnd"/>
      <w:r w:rsidRPr="00F00DCF">
        <w:rPr>
          <w:sz w:val="20"/>
          <w:szCs w:val="20"/>
        </w:rPr>
        <w:t xml:space="preserve"> a </w:t>
      </w:r>
      <w:proofErr w:type="spellStart"/>
      <w:r w:rsidRPr="00F00DCF">
        <w:rPr>
          <w:sz w:val="20"/>
          <w:szCs w:val="20"/>
        </w:rPr>
        <w:t>verità</w:t>
      </w:r>
      <w:proofErr w:type="spellEnd"/>
      <w:r w:rsidRPr="00F00DCF">
        <w:rPr>
          <w:sz w:val="20"/>
          <w:szCs w:val="20"/>
        </w:rPr>
        <w:t xml:space="preserve">, </w:t>
      </w:r>
      <w:proofErr w:type="spellStart"/>
      <w:r w:rsidRPr="00F00DCF">
        <w:rPr>
          <w:sz w:val="20"/>
          <w:szCs w:val="20"/>
        </w:rPr>
        <w:t>ai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sensi</w:t>
      </w:r>
      <w:proofErr w:type="spellEnd"/>
      <w:r w:rsidRPr="00F00DCF">
        <w:rPr>
          <w:sz w:val="20"/>
          <w:szCs w:val="20"/>
        </w:rPr>
        <w:t xml:space="preserve"> del D.P.R. 245/2000 </w:t>
      </w:r>
      <w:proofErr w:type="spellStart"/>
      <w:r w:rsidRPr="00F00DCF">
        <w:rPr>
          <w:sz w:val="20"/>
          <w:szCs w:val="20"/>
        </w:rPr>
        <w:t>dichiarano</w:t>
      </w:r>
      <w:proofErr w:type="spellEnd"/>
      <w:r w:rsidRPr="00F00DCF">
        <w:rPr>
          <w:sz w:val="20"/>
          <w:szCs w:val="20"/>
        </w:rPr>
        <w:t xml:space="preserve"> di aver </w:t>
      </w:r>
      <w:proofErr w:type="spellStart"/>
      <w:r w:rsidRPr="00F00DCF">
        <w:rPr>
          <w:sz w:val="20"/>
          <w:szCs w:val="20"/>
        </w:rPr>
        <w:t>effettuato</w:t>
      </w:r>
      <w:proofErr w:type="spellEnd"/>
      <w:r w:rsidRPr="00F00DCF">
        <w:rPr>
          <w:sz w:val="20"/>
          <w:szCs w:val="20"/>
        </w:rPr>
        <w:t xml:space="preserve"> la </w:t>
      </w:r>
      <w:proofErr w:type="spellStart"/>
      <w:r w:rsidRPr="00F00DCF">
        <w:rPr>
          <w:sz w:val="20"/>
          <w:szCs w:val="20"/>
        </w:rPr>
        <w:t>scelta</w:t>
      </w:r>
      <w:proofErr w:type="spellEnd"/>
      <w:r w:rsidRPr="00F00DCF">
        <w:rPr>
          <w:sz w:val="20"/>
          <w:szCs w:val="20"/>
        </w:rPr>
        <w:t xml:space="preserve">/ </w:t>
      </w:r>
      <w:proofErr w:type="spellStart"/>
      <w:r w:rsidRPr="00F00DCF">
        <w:rPr>
          <w:sz w:val="20"/>
          <w:szCs w:val="20"/>
        </w:rPr>
        <w:t>richiesta</w:t>
      </w:r>
      <w:proofErr w:type="spellEnd"/>
      <w:r w:rsidRPr="00F00DCF">
        <w:rPr>
          <w:sz w:val="20"/>
          <w:szCs w:val="20"/>
        </w:rPr>
        <w:t xml:space="preserve"> in </w:t>
      </w:r>
      <w:proofErr w:type="spellStart"/>
      <w:r w:rsidRPr="00F00DCF">
        <w:rPr>
          <w:sz w:val="20"/>
          <w:szCs w:val="20"/>
        </w:rPr>
        <w:t>osservanza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delle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disposizioni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sulla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responsabilità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genitoriale</w:t>
      </w:r>
      <w:proofErr w:type="spellEnd"/>
      <w:r w:rsidRPr="00F00DCF">
        <w:rPr>
          <w:sz w:val="20"/>
          <w:szCs w:val="20"/>
        </w:rPr>
        <w:t xml:space="preserve"> di cui </w:t>
      </w:r>
      <w:proofErr w:type="spellStart"/>
      <w:r w:rsidRPr="00F00DCF">
        <w:rPr>
          <w:sz w:val="20"/>
          <w:szCs w:val="20"/>
        </w:rPr>
        <w:t>agli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articoli</w:t>
      </w:r>
      <w:proofErr w:type="spellEnd"/>
      <w:r w:rsidRPr="00F00DCF">
        <w:rPr>
          <w:sz w:val="20"/>
          <w:szCs w:val="20"/>
        </w:rPr>
        <w:t xml:space="preserve"> 316, 337 </w:t>
      </w:r>
      <w:proofErr w:type="spellStart"/>
      <w:r w:rsidRPr="00F00DCF">
        <w:rPr>
          <w:sz w:val="20"/>
          <w:szCs w:val="20"/>
        </w:rPr>
        <w:t>ter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quater</w:t>
      </w:r>
      <w:proofErr w:type="spellEnd"/>
      <w:r w:rsidRPr="00F00DCF">
        <w:rPr>
          <w:sz w:val="20"/>
          <w:szCs w:val="20"/>
        </w:rPr>
        <w:t xml:space="preserve"> del </w:t>
      </w:r>
      <w:proofErr w:type="spellStart"/>
      <w:r w:rsidRPr="00F00DCF">
        <w:rPr>
          <w:sz w:val="20"/>
          <w:szCs w:val="20"/>
        </w:rPr>
        <w:t>codice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civile</w:t>
      </w:r>
      <w:proofErr w:type="spellEnd"/>
      <w:r w:rsidRPr="00F00DCF">
        <w:rPr>
          <w:sz w:val="20"/>
          <w:szCs w:val="20"/>
        </w:rPr>
        <w:t xml:space="preserve">, </w:t>
      </w:r>
      <w:proofErr w:type="spellStart"/>
      <w:r w:rsidRPr="00F00DCF">
        <w:rPr>
          <w:sz w:val="20"/>
          <w:szCs w:val="20"/>
        </w:rPr>
        <w:t>che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richiedono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il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consenso</w:t>
      </w:r>
      <w:proofErr w:type="spellEnd"/>
      <w:r w:rsidRPr="00F00DCF">
        <w:rPr>
          <w:sz w:val="20"/>
          <w:szCs w:val="20"/>
        </w:rPr>
        <w:t xml:space="preserve"> di </w:t>
      </w:r>
      <w:proofErr w:type="spellStart"/>
      <w:r w:rsidRPr="00F00DCF">
        <w:rPr>
          <w:sz w:val="20"/>
          <w:szCs w:val="20"/>
        </w:rPr>
        <w:t>entrambi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genitori</w:t>
      </w:r>
      <w:proofErr w:type="spellEnd"/>
      <w:r w:rsidRPr="00F00DCF">
        <w:rPr>
          <w:sz w:val="20"/>
          <w:szCs w:val="20"/>
        </w:rPr>
        <w:t>.</w:t>
      </w:r>
    </w:p>
    <w:p w:rsidR="00D0401A" w:rsidRPr="00F00DCF" w:rsidRDefault="00D0401A" w:rsidP="00D0401A">
      <w:pPr>
        <w:rPr>
          <w:sz w:val="20"/>
          <w:szCs w:val="20"/>
        </w:rPr>
      </w:pPr>
      <w:r w:rsidRPr="00F00DCF">
        <w:rPr>
          <w:sz w:val="20"/>
          <w:szCs w:val="20"/>
        </w:rPr>
        <w:t>Bollate, ___________________</w:t>
      </w:r>
    </w:p>
    <w:p w:rsidR="00D0401A" w:rsidRPr="00F00DCF" w:rsidRDefault="00D0401A" w:rsidP="00D0401A">
      <w:pPr>
        <w:rPr>
          <w:sz w:val="20"/>
          <w:szCs w:val="20"/>
        </w:rPr>
      </w:pPr>
    </w:p>
    <w:p w:rsidR="00D0401A" w:rsidRPr="00F00DCF" w:rsidRDefault="00D0401A" w:rsidP="00D0401A">
      <w:pPr>
        <w:rPr>
          <w:sz w:val="20"/>
          <w:szCs w:val="20"/>
        </w:rPr>
      </w:pPr>
      <w:r w:rsidRPr="00F00DCF">
        <w:rPr>
          <w:sz w:val="20"/>
          <w:szCs w:val="20"/>
        </w:rPr>
        <w:t xml:space="preserve">In </w:t>
      </w:r>
      <w:proofErr w:type="spellStart"/>
      <w:r w:rsidRPr="00F00DCF">
        <w:rPr>
          <w:sz w:val="20"/>
          <w:szCs w:val="20"/>
        </w:rPr>
        <w:t>fede</w:t>
      </w:r>
      <w:proofErr w:type="spellEnd"/>
    </w:p>
    <w:p w:rsidR="00D0401A" w:rsidRPr="00F00DCF" w:rsidRDefault="00D0401A" w:rsidP="00D0401A">
      <w:pPr>
        <w:rPr>
          <w:sz w:val="20"/>
          <w:szCs w:val="20"/>
        </w:rPr>
      </w:pPr>
      <w:r w:rsidRPr="00F00DCF">
        <w:rPr>
          <w:sz w:val="20"/>
          <w:szCs w:val="20"/>
        </w:rPr>
        <w:t xml:space="preserve">Firma di </w:t>
      </w:r>
      <w:proofErr w:type="spellStart"/>
      <w:r w:rsidRPr="00F00DCF">
        <w:rPr>
          <w:sz w:val="20"/>
          <w:szCs w:val="20"/>
        </w:rPr>
        <w:t>entrambi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i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genitori</w:t>
      </w:r>
      <w:proofErr w:type="spellEnd"/>
      <w:r w:rsidRPr="00F00DCF">
        <w:rPr>
          <w:sz w:val="20"/>
          <w:szCs w:val="20"/>
        </w:rPr>
        <w:t xml:space="preserve"> ___________________________            ___________________________</w:t>
      </w:r>
    </w:p>
    <w:p w:rsidR="00D0401A" w:rsidRPr="00F00DCF" w:rsidRDefault="00D0401A" w:rsidP="00D0401A">
      <w:pPr>
        <w:rPr>
          <w:sz w:val="20"/>
          <w:szCs w:val="20"/>
        </w:rPr>
      </w:pPr>
    </w:p>
    <w:p w:rsidR="00D0401A" w:rsidRPr="00F00DCF" w:rsidRDefault="00D0401A" w:rsidP="00D0401A">
      <w:pPr>
        <w:rPr>
          <w:sz w:val="20"/>
          <w:szCs w:val="20"/>
        </w:rPr>
      </w:pPr>
      <w:r w:rsidRPr="00F00DCF">
        <w:rPr>
          <w:sz w:val="20"/>
          <w:szCs w:val="20"/>
        </w:rPr>
        <w:t>**</w:t>
      </w:r>
      <w:proofErr w:type="spellStart"/>
      <w:r w:rsidRPr="00F00DCF">
        <w:rPr>
          <w:sz w:val="20"/>
          <w:szCs w:val="20"/>
        </w:rPr>
        <w:t>nel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caso</w:t>
      </w:r>
      <w:proofErr w:type="spellEnd"/>
      <w:r w:rsidRPr="00F00DCF">
        <w:rPr>
          <w:sz w:val="20"/>
          <w:szCs w:val="20"/>
        </w:rPr>
        <w:t xml:space="preserve"> in cui la </w:t>
      </w:r>
      <w:proofErr w:type="spellStart"/>
      <w:r w:rsidRPr="00F00DCF">
        <w:rPr>
          <w:sz w:val="20"/>
          <w:szCs w:val="20"/>
        </w:rPr>
        <w:t>domanda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sia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formulata</w:t>
      </w:r>
      <w:proofErr w:type="spellEnd"/>
      <w:r w:rsidRPr="00F00DCF">
        <w:rPr>
          <w:sz w:val="20"/>
          <w:szCs w:val="20"/>
        </w:rPr>
        <w:t xml:space="preserve"> e </w:t>
      </w:r>
      <w:proofErr w:type="spellStart"/>
      <w:r w:rsidRPr="00F00DCF">
        <w:rPr>
          <w:sz w:val="20"/>
          <w:szCs w:val="20"/>
        </w:rPr>
        <w:t>sottoscritta</w:t>
      </w:r>
      <w:proofErr w:type="spellEnd"/>
      <w:r w:rsidRPr="00F00DCF">
        <w:rPr>
          <w:sz w:val="20"/>
          <w:szCs w:val="20"/>
        </w:rPr>
        <w:t xml:space="preserve"> da </w:t>
      </w:r>
      <w:proofErr w:type="spellStart"/>
      <w:r w:rsidRPr="00F00DCF">
        <w:rPr>
          <w:sz w:val="20"/>
          <w:szCs w:val="20"/>
        </w:rPr>
        <w:t>uno</w:t>
      </w:r>
      <w:proofErr w:type="spellEnd"/>
      <w:r w:rsidRPr="00F00DCF">
        <w:rPr>
          <w:sz w:val="20"/>
          <w:szCs w:val="20"/>
        </w:rPr>
        <w:t xml:space="preserve"> solo </w:t>
      </w:r>
      <w:proofErr w:type="spellStart"/>
      <w:r w:rsidRPr="00F00DCF">
        <w:rPr>
          <w:sz w:val="20"/>
          <w:szCs w:val="20"/>
        </w:rPr>
        <w:t>dei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genitori</w:t>
      </w:r>
      <w:proofErr w:type="spellEnd"/>
      <w:r w:rsidRPr="00F00DCF">
        <w:rPr>
          <w:sz w:val="20"/>
          <w:szCs w:val="20"/>
        </w:rPr>
        <w:t xml:space="preserve">, per </w:t>
      </w:r>
      <w:proofErr w:type="spellStart"/>
      <w:r w:rsidRPr="00F00DCF">
        <w:rPr>
          <w:sz w:val="20"/>
          <w:szCs w:val="20"/>
        </w:rPr>
        <w:t>ragioni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straordinarie</w:t>
      </w:r>
      <w:proofErr w:type="spellEnd"/>
      <w:r w:rsidRPr="00F00DCF">
        <w:rPr>
          <w:sz w:val="20"/>
          <w:szCs w:val="20"/>
        </w:rPr>
        <w:t xml:space="preserve">, </w:t>
      </w:r>
      <w:proofErr w:type="spellStart"/>
      <w:r w:rsidRPr="00F00DCF">
        <w:rPr>
          <w:sz w:val="20"/>
          <w:szCs w:val="20"/>
        </w:rPr>
        <w:t>che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vanno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documentate</w:t>
      </w:r>
      <w:proofErr w:type="spellEnd"/>
      <w:r w:rsidRPr="00F00DCF">
        <w:rPr>
          <w:sz w:val="20"/>
          <w:szCs w:val="20"/>
        </w:rPr>
        <w:t xml:space="preserve"> con </w:t>
      </w:r>
      <w:proofErr w:type="spellStart"/>
      <w:r w:rsidRPr="00F00DCF">
        <w:rPr>
          <w:sz w:val="20"/>
          <w:szCs w:val="20"/>
        </w:rPr>
        <w:t>allegato</w:t>
      </w:r>
      <w:proofErr w:type="spellEnd"/>
      <w:r w:rsidRPr="00F00DCF">
        <w:rPr>
          <w:sz w:val="20"/>
          <w:szCs w:val="20"/>
        </w:rPr>
        <w:t xml:space="preserve"> in </w:t>
      </w:r>
      <w:proofErr w:type="spellStart"/>
      <w:r w:rsidRPr="00F00DCF">
        <w:rPr>
          <w:sz w:val="20"/>
          <w:szCs w:val="20"/>
        </w:rPr>
        <w:t>busta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chiusa</w:t>
      </w:r>
      <w:proofErr w:type="spellEnd"/>
      <w:r w:rsidRPr="00F00DCF">
        <w:rPr>
          <w:sz w:val="20"/>
          <w:szCs w:val="20"/>
        </w:rPr>
        <w:t xml:space="preserve">, </w:t>
      </w:r>
      <w:proofErr w:type="spellStart"/>
      <w:r w:rsidRPr="00F00DCF">
        <w:rPr>
          <w:sz w:val="20"/>
          <w:szCs w:val="20"/>
        </w:rPr>
        <w:t>attestante</w:t>
      </w:r>
      <w:proofErr w:type="spellEnd"/>
      <w:r w:rsidRPr="00F00DCF">
        <w:rPr>
          <w:sz w:val="20"/>
          <w:szCs w:val="20"/>
        </w:rPr>
        <w:t xml:space="preserve"> la causa </w:t>
      </w:r>
      <w:proofErr w:type="spellStart"/>
      <w:r w:rsidRPr="00F00DCF">
        <w:rPr>
          <w:sz w:val="20"/>
          <w:szCs w:val="20"/>
        </w:rPr>
        <w:t>dell’impossibilità</w:t>
      </w:r>
      <w:proofErr w:type="spellEnd"/>
      <w:r w:rsidRPr="00F00DCF">
        <w:rPr>
          <w:sz w:val="20"/>
          <w:szCs w:val="20"/>
        </w:rPr>
        <w:t xml:space="preserve"> di </w:t>
      </w:r>
      <w:proofErr w:type="spellStart"/>
      <w:r w:rsidRPr="00F00DCF">
        <w:rPr>
          <w:sz w:val="20"/>
          <w:szCs w:val="20"/>
        </w:rPr>
        <w:t>uno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dei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genitori</w:t>
      </w:r>
      <w:proofErr w:type="spellEnd"/>
      <w:r w:rsidRPr="00F00DCF">
        <w:rPr>
          <w:sz w:val="20"/>
          <w:szCs w:val="20"/>
        </w:rPr>
        <w:t xml:space="preserve"> a </w:t>
      </w:r>
      <w:proofErr w:type="spellStart"/>
      <w:r w:rsidRPr="00F00DCF">
        <w:rPr>
          <w:sz w:val="20"/>
          <w:szCs w:val="20"/>
        </w:rPr>
        <w:t>firmare</w:t>
      </w:r>
      <w:proofErr w:type="spellEnd"/>
      <w:r w:rsidRPr="00F00DCF">
        <w:rPr>
          <w:sz w:val="20"/>
          <w:szCs w:val="20"/>
        </w:rPr>
        <w:t xml:space="preserve">, </w:t>
      </w:r>
      <w:proofErr w:type="spellStart"/>
      <w:r w:rsidRPr="00F00DCF">
        <w:rPr>
          <w:sz w:val="20"/>
          <w:szCs w:val="20"/>
        </w:rPr>
        <w:t>occorre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sottoscrivere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anche</w:t>
      </w:r>
      <w:proofErr w:type="spellEnd"/>
      <w:r w:rsidRPr="00F00DCF">
        <w:rPr>
          <w:sz w:val="20"/>
          <w:szCs w:val="20"/>
        </w:rPr>
        <w:t xml:space="preserve"> la </w:t>
      </w:r>
      <w:proofErr w:type="spellStart"/>
      <w:r w:rsidRPr="00F00DCF">
        <w:rPr>
          <w:sz w:val="20"/>
          <w:szCs w:val="20"/>
        </w:rPr>
        <w:t>seguente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dichiarazione</w:t>
      </w:r>
      <w:proofErr w:type="spellEnd"/>
      <w:r w:rsidRPr="00F00DCF">
        <w:rPr>
          <w:sz w:val="20"/>
          <w:szCs w:val="20"/>
        </w:rPr>
        <w:t>:</w:t>
      </w:r>
    </w:p>
    <w:p w:rsidR="00D0401A" w:rsidRPr="00F00DCF" w:rsidRDefault="00D0401A" w:rsidP="00D0401A">
      <w:pPr>
        <w:rPr>
          <w:sz w:val="20"/>
          <w:szCs w:val="20"/>
        </w:rPr>
      </w:pPr>
      <w:r w:rsidRPr="00F00DCF">
        <w:rPr>
          <w:sz w:val="20"/>
          <w:szCs w:val="20"/>
        </w:rPr>
        <w:t xml:space="preserve"> “Ai </w:t>
      </w:r>
      <w:proofErr w:type="spellStart"/>
      <w:r w:rsidRPr="00F00DCF">
        <w:rPr>
          <w:sz w:val="20"/>
          <w:szCs w:val="20"/>
        </w:rPr>
        <w:t>sensi</w:t>
      </w:r>
      <w:proofErr w:type="spellEnd"/>
      <w:r w:rsidRPr="00F00DCF">
        <w:rPr>
          <w:sz w:val="20"/>
          <w:szCs w:val="20"/>
        </w:rPr>
        <w:t xml:space="preserve"> e per </w:t>
      </w:r>
      <w:proofErr w:type="spellStart"/>
      <w:r w:rsidRPr="00F00DCF">
        <w:rPr>
          <w:sz w:val="20"/>
          <w:szCs w:val="20"/>
        </w:rPr>
        <w:t>gli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effetti</w:t>
      </w:r>
      <w:proofErr w:type="spellEnd"/>
      <w:r w:rsidRPr="00F00DCF">
        <w:rPr>
          <w:sz w:val="20"/>
          <w:szCs w:val="20"/>
        </w:rPr>
        <w:t xml:space="preserve"> del D.P.R. 445/2000 e </w:t>
      </w:r>
      <w:proofErr w:type="spellStart"/>
      <w:r w:rsidRPr="00F00DCF">
        <w:rPr>
          <w:sz w:val="20"/>
          <w:szCs w:val="20"/>
        </w:rPr>
        <w:t>s.m.i</w:t>
      </w:r>
      <w:proofErr w:type="spellEnd"/>
      <w:r w:rsidRPr="00F00DCF">
        <w:rPr>
          <w:sz w:val="20"/>
          <w:szCs w:val="20"/>
        </w:rPr>
        <w:t xml:space="preserve">., </w:t>
      </w:r>
      <w:proofErr w:type="spellStart"/>
      <w:r w:rsidRPr="00F00DCF">
        <w:rPr>
          <w:sz w:val="20"/>
          <w:szCs w:val="20"/>
        </w:rPr>
        <w:t>consapevole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delle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sanzioni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penali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richiamate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dall’art</w:t>
      </w:r>
      <w:proofErr w:type="spellEnd"/>
      <w:r w:rsidRPr="00F00DCF">
        <w:rPr>
          <w:sz w:val="20"/>
          <w:szCs w:val="20"/>
        </w:rPr>
        <w:t xml:space="preserve">. 76 del citato D.P.R. in </w:t>
      </w:r>
      <w:proofErr w:type="spellStart"/>
      <w:r w:rsidRPr="00F00DCF">
        <w:rPr>
          <w:sz w:val="20"/>
          <w:szCs w:val="20"/>
        </w:rPr>
        <w:t>caso</w:t>
      </w:r>
      <w:proofErr w:type="spellEnd"/>
      <w:r w:rsidRPr="00F00DCF">
        <w:rPr>
          <w:sz w:val="20"/>
          <w:szCs w:val="20"/>
        </w:rPr>
        <w:t xml:space="preserve"> di </w:t>
      </w:r>
      <w:proofErr w:type="spellStart"/>
      <w:r w:rsidRPr="00F00DCF">
        <w:rPr>
          <w:sz w:val="20"/>
          <w:szCs w:val="20"/>
        </w:rPr>
        <w:t>dichiarazioni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mendaci</w:t>
      </w:r>
      <w:proofErr w:type="spellEnd"/>
      <w:r w:rsidRPr="00F00DCF">
        <w:rPr>
          <w:sz w:val="20"/>
          <w:szCs w:val="20"/>
        </w:rPr>
        <w:t xml:space="preserve">, </w:t>
      </w:r>
      <w:proofErr w:type="spellStart"/>
      <w:r w:rsidRPr="00F00DCF">
        <w:rPr>
          <w:sz w:val="20"/>
          <w:szCs w:val="20"/>
        </w:rPr>
        <w:t>dichiaro</w:t>
      </w:r>
      <w:proofErr w:type="spellEnd"/>
      <w:r w:rsidRPr="00F00DCF">
        <w:rPr>
          <w:sz w:val="20"/>
          <w:szCs w:val="20"/>
        </w:rPr>
        <w:t xml:space="preserve"> sotto la </w:t>
      </w:r>
      <w:proofErr w:type="spellStart"/>
      <w:r w:rsidRPr="00F00DCF">
        <w:rPr>
          <w:sz w:val="20"/>
          <w:szCs w:val="20"/>
        </w:rPr>
        <w:t>mia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personale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responsabilità</w:t>
      </w:r>
      <w:proofErr w:type="spellEnd"/>
      <w:r w:rsidRPr="00F00DCF">
        <w:rPr>
          <w:sz w:val="20"/>
          <w:szCs w:val="20"/>
        </w:rPr>
        <w:t xml:space="preserve"> di </w:t>
      </w:r>
      <w:proofErr w:type="spellStart"/>
      <w:r w:rsidRPr="00F00DCF">
        <w:rPr>
          <w:sz w:val="20"/>
          <w:szCs w:val="20"/>
        </w:rPr>
        <w:t>esprimere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anche</w:t>
      </w:r>
      <w:proofErr w:type="spellEnd"/>
      <w:r w:rsidRPr="00F00DCF">
        <w:rPr>
          <w:sz w:val="20"/>
          <w:szCs w:val="20"/>
        </w:rPr>
        <w:t xml:space="preserve"> la </w:t>
      </w:r>
      <w:proofErr w:type="spellStart"/>
      <w:r w:rsidRPr="00F00DCF">
        <w:rPr>
          <w:sz w:val="20"/>
          <w:szCs w:val="20"/>
        </w:rPr>
        <w:t>volontà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dell’altro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genitore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che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esercita</w:t>
      </w:r>
      <w:proofErr w:type="spellEnd"/>
      <w:r w:rsidRPr="00F00DCF">
        <w:rPr>
          <w:sz w:val="20"/>
          <w:szCs w:val="20"/>
        </w:rPr>
        <w:t xml:space="preserve"> la patria </w:t>
      </w:r>
      <w:proofErr w:type="spellStart"/>
      <w:r w:rsidRPr="00F00DCF">
        <w:rPr>
          <w:sz w:val="20"/>
          <w:szCs w:val="20"/>
        </w:rPr>
        <w:t>potestà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dell’alunno</w:t>
      </w:r>
      <w:proofErr w:type="spellEnd"/>
      <w:r w:rsidRPr="00F00DCF">
        <w:rPr>
          <w:sz w:val="20"/>
          <w:szCs w:val="20"/>
        </w:rPr>
        <w:t xml:space="preserve">/a, </w:t>
      </w:r>
      <w:proofErr w:type="spellStart"/>
      <w:r w:rsidRPr="00F00DCF">
        <w:rPr>
          <w:sz w:val="20"/>
          <w:szCs w:val="20"/>
        </w:rPr>
        <w:t>il</w:t>
      </w:r>
      <w:proofErr w:type="spellEnd"/>
      <w:r w:rsidRPr="00F00DCF">
        <w:rPr>
          <w:sz w:val="20"/>
          <w:szCs w:val="20"/>
        </w:rPr>
        <w:t xml:space="preserve"> quale </w:t>
      </w:r>
      <w:proofErr w:type="spellStart"/>
      <w:r w:rsidRPr="00F00DCF">
        <w:rPr>
          <w:sz w:val="20"/>
          <w:szCs w:val="20"/>
        </w:rPr>
        <w:t>conosce</w:t>
      </w:r>
      <w:proofErr w:type="spellEnd"/>
      <w:r w:rsidRPr="00F00DCF">
        <w:rPr>
          <w:sz w:val="20"/>
          <w:szCs w:val="20"/>
        </w:rPr>
        <w:t xml:space="preserve"> e </w:t>
      </w:r>
      <w:proofErr w:type="spellStart"/>
      <w:r w:rsidRPr="00F00DCF">
        <w:rPr>
          <w:sz w:val="20"/>
          <w:szCs w:val="20"/>
        </w:rPr>
        <w:t>condivide</w:t>
      </w:r>
      <w:proofErr w:type="spellEnd"/>
      <w:r w:rsidRPr="00F00DCF">
        <w:rPr>
          <w:sz w:val="20"/>
          <w:szCs w:val="20"/>
        </w:rPr>
        <w:t xml:space="preserve"> le </w:t>
      </w:r>
      <w:proofErr w:type="spellStart"/>
      <w:r w:rsidRPr="00F00DCF">
        <w:rPr>
          <w:sz w:val="20"/>
          <w:szCs w:val="20"/>
        </w:rPr>
        <w:t>scelte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esplicitate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nella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presente</w:t>
      </w:r>
      <w:proofErr w:type="spellEnd"/>
      <w:r w:rsidRPr="00F00DCF">
        <w:rPr>
          <w:sz w:val="20"/>
          <w:szCs w:val="20"/>
        </w:rPr>
        <w:t xml:space="preserve"> </w:t>
      </w:r>
      <w:proofErr w:type="spellStart"/>
      <w:r w:rsidRPr="00F00DCF">
        <w:rPr>
          <w:sz w:val="20"/>
          <w:szCs w:val="20"/>
        </w:rPr>
        <w:t>delega</w:t>
      </w:r>
      <w:proofErr w:type="spellEnd"/>
      <w:r w:rsidRPr="00F00DCF">
        <w:rPr>
          <w:sz w:val="20"/>
          <w:szCs w:val="20"/>
        </w:rPr>
        <w:t>.”</w:t>
      </w:r>
    </w:p>
    <w:p w:rsidR="00D0401A" w:rsidRPr="00F00DCF" w:rsidRDefault="00D0401A" w:rsidP="00D0401A">
      <w:pPr>
        <w:rPr>
          <w:sz w:val="20"/>
          <w:szCs w:val="20"/>
        </w:rPr>
      </w:pPr>
      <w:r w:rsidRPr="00F00DCF">
        <w:rPr>
          <w:sz w:val="20"/>
          <w:szCs w:val="20"/>
        </w:rPr>
        <w:t xml:space="preserve"> </w:t>
      </w:r>
    </w:p>
    <w:p w:rsidR="00D0401A" w:rsidRPr="00F00DCF" w:rsidRDefault="00D0401A" w:rsidP="00D0401A">
      <w:pPr>
        <w:rPr>
          <w:sz w:val="20"/>
          <w:szCs w:val="20"/>
        </w:rPr>
      </w:pPr>
      <w:r w:rsidRPr="00F00DCF">
        <w:rPr>
          <w:sz w:val="20"/>
          <w:szCs w:val="20"/>
        </w:rPr>
        <w:t xml:space="preserve">Bollate, </w:t>
      </w:r>
      <w:proofErr w:type="spellStart"/>
      <w:r w:rsidRPr="00F00DCF">
        <w:rPr>
          <w:sz w:val="20"/>
          <w:szCs w:val="20"/>
        </w:rPr>
        <w:t>lì</w:t>
      </w:r>
      <w:proofErr w:type="spellEnd"/>
      <w:r w:rsidRPr="00F00DCF">
        <w:rPr>
          <w:sz w:val="20"/>
          <w:szCs w:val="20"/>
        </w:rPr>
        <w:t xml:space="preserve"> ____________________</w:t>
      </w:r>
    </w:p>
    <w:p w:rsidR="00D0401A" w:rsidRPr="00F00DCF" w:rsidRDefault="00D0401A" w:rsidP="00D0401A">
      <w:pPr>
        <w:rPr>
          <w:sz w:val="20"/>
          <w:szCs w:val="20"/>
        </w:rPr>
      </w:pPr>
    </w:p>
    <w:p w:rsidR="00D0401A" w:rsidRPr="00F00DCF" w:rsidRDefault="00D0401A" w:rsidP="00D0401A">
      <w:pPr>
        <w:rPr>
          <w:sz w:val="20"/>
          <w:szCs w:val="20"/>
        </w:rPr>
      </w:pPr>
      <w:r w:rsidRPr="00F00DCF">
        <w:rPr>
          <w:sz w:val="20"/>
          <w:szCs w:val="20"/>
        </w:rPr>
        <w:t xml:space="preserve"> Firma del </w:t>
      </w:r>
      <w:proofErr w:type="spellStart"/>
      <w:r w:rsidRPr="00F00DCF">
        <w:rPr>
          <w:sz w:val="20"/>
          <w:szCs w:val="20"/>
        </w:rPr>
        <w:t>genitore</w:t>
      </w:r>
      <w:proofErr w:type="spellEnd"/>
      <w:r w:rsidRPr="00F00DCF">
        <w:rPr>
          <w:sz w:val="20"/>
          <w:szCs w:val="20"/>
        </w:rPr>
        <w:t xml:space="preserve"> ______________________________________________________</w:t>
      </w:r>
    </w:p>
    <w:p w:rsidR="004D11B4" w:rsidRPr="00F00DCF" w:rsidRDefault="00D0401A" w:rsidP="00D0401A">
      <w:pPr>
        <w:rPr>
          <w:sz w:val="20"/>
          <w:szCs w:val="20"/>
        </w:rPr>
      </w:pPr>
      <w:r w:rsidRPr="00F00DCF">
        <w:rPr>
          <w:sz w:val="20"/>
          <w:szCs w:val="20"/>
        </w:rPr>
        <w:tab/>
      </w:r>
      <w:r w:rsidRPr="00F00DCF">
        <w:rPr>
          <w:sz w:val="20"/>
          <w:szCs w:val="20"/>
        </w:rPr>
        <w:tab/>
      </w:r>
      <w:r w:rsidRPr="00F00DCF">
        <w:rPr>
          <w:sz w:val="20"/>
          <w:szCs w:val="20"/>
        </w:rPr>
        <w:tab/>
      </w:r>
      <w:r w:rsidRPr="00F00DCF">
        <w:rPr>
          <w:sz w:val="20"/>
          <w:szCs w:val="20"/>
        </w:rPr>
        <w:tab/>
      </w:r>
      <w:r w:rsidRPr="00F00DCF">
        <w:rPr>
          <w:sz w:val="20"/>
          <w:szCs w:val="20"/>
        </w:rPr>
        <w:tab/>
      </w:r>
      <w:r w:rsidRPr="00F00DCF">
        <w:rPr>
          <w:sz w:val="20"/>
          <w:szCs w:val="20"/>
        </w:rPr>
        <w:tab/>
      </w:r>
      <w:r w:rsidRPr="00F00DCF">
        <w:rPr>
          <w:sz w:val="20"/>
          <w:szCs w:val="20"/>
        </w:rPr>
        <w:tab/>
      </w:r>
      <w:r w:rsidRPr="00F00DCF">
        <w:rPr>
          <w:sz w:val="20"/>
          <w:szCs w:val="20"/>
        </w:rPr>
        <w:tab/>
      </w:r>
      <w:r w:rsidRPr="00F00DCF">
        <w:rPr>
          <w:sz w:val="20"/>
          <w:szCs w:val="20"/>
        </w:rPr>
        <w:tab/>
      </w:r>
      <w:r w:rsidRPr="00F00DCF">
        <w:rPr>
          <w:sz w:val="20"/>
          <w:szCs w:val="20"/>
        </w:rPr>
        <w:tab/>
      </w:r>
    </w:p>
    <w:sectPr w:rsidR="004D11B4" w:rsidRPr="00F00DCF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73F" w:rsidRDefault="001A473F">
      <w:pPr>
        <w:spacing w:after="0" w:line="240" w:lineRule="auto"/>
      </w:pPr>
      <w:r>
        <w:separator/>
      </w:r>
    </w:p>
  </w:endnote>
  <w:endnote w:type="continuationSeparator" w:id="0">
    <w:p w:rsidR="001A473F" w:rsidRDefault="001A4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1B4" w:rsidRDefault="004D11B4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73F" w:rsidRDefault="001A473F">
      <w:pPr>
        <w:spacing w:after="0" w:line="240" w:lineRule="auto"/>
      </w:pPr>
      <w:r>
        <w:separator/>
      </w:r>
    </w:p>
  </w:footnote>
  <w:footnote w:type="continuationSeparator" w:id="0">
    <w:p w:rsidR="001A473F" w:rsidRDefault="001A47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6BB7"/>
    <w:rsid w:val="0015074B"/>
    <w:rsid w:val="001A473F"/>
    <w:rsid w:val="0029639D"/>
    <w:rsid w:val="00326F90"/>
    <w:rsid w:val="004D11B4"/>
    <w:rsid w:val="00641A4A"/>
    <w:rsid w:val="008C7477"/>
    <w:rsid w:val="00972513"/>
    <w:rsid w:val="00A411C5"/>
    <w:rsid w:val="00AA1D8D"/>
    <w:rsid w:val="00B47730"/>
    <w:rsid w:val="00CB0664"/>
    <w:rsid w:val="00CE7315"/>
    <w:rsid w:val="00D0401A"/>
    <w:rsid w:val="00F00D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32AB86C-6C41-4770-AE35-C8011A9F0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ollegamentoInternet">
    <w:name w:val="Collegamento Internet"/>
    <w:basedOn w:val="Carpredefinitoparagrafo"/>
    <w:uiPriority w:val="99"/>
    <w:unhideWhenUsed/>
    <w:rsid w:val="00D0401A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qFormat/>
    <w:rsid w:val="00D0401A"/>
    <w:pPr>
      <w:suppressAutoHyphens/>
      <w:spacing w:beforeAutospacing="1" w:after="16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7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73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4FFD5A-0CDE-4DDF-996C-2FF7A787E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2</cp:revision>
  <cp:lastPrinted>2026-09-28T10:55:00Z</cp:lastPrinted>
  <dcterms:created xsi:type="dcterms:W3CDTF">2026-09-28T12:51:00Z</dcterms:created>
  <dcterms:modified xsi:type="dcterms:W3CDTF">2026-09-28T12:51:00Z</dcterms:modified>
  <cp:category/>
</cp:coreProperties>
</file>